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Перово, ул 1-я Энтузиастов, вл 6 (кад. № 77:03:0004010:4)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ВАО, Перово, ул 1-я Энтузиастов, вл 6 (кад. № 77:03:0004010:4)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Перово.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