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Северное Измайлово, Щелковское шоссе, вл 70, стр 1, 2 (кад. № 77:03:0005011:109)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ВАО, Северное Измайлово, Щелковское шоссе, вл 70, стр 1, 2 (кад. № 77:03:0005011:109)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Северное Измайлово.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